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מרכזיות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מושגים דרך הגדרות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נכון של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להדליק תשעה 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(מאפה עגול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(הנר שמדליק את האחרים)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החנוכה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צעצוע, 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חנוכייה - מקום להדליק נרות, סופגניה - מאפה מתוק, סביבון - צעצוע מסתובב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 מדליק את שאר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סופגניה או לביבה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האיש התלוי בכיתה ואז למלא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המילים החדשות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החלק הפתוח לתלמידים שמתקשים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האיש התלוי מנחשים מילים מעולם החנוכה אות אחרי אות. בדף הזה נתרגל את אותן מילים בדרכים נוספות.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שמש  ·  חנוכייה  ·  סופגניות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מה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מאפה עגול עם ריבה שאוכלים בחנוכה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הנר שממנו מדליקים את שאר הנרות בחנוכייה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פתיל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הצעצוע המסתובב עם ארבע אותיות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אוכלים __________ עם ריבה או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הנר שמדליק את כל השאר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הנר שמדליק את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צעצוע 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מאפה עגול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להדליק תשעה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נרות שמונה לילות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הוא מאפה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הקשורות לחג החנוכה והסבירו כל אחת במשפט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השמש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(איש תלוי)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