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(איש תלוי)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מילים מרכזיות הקשורות לחג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הבנת מושגים דרך הגדרות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איות נכון של מילות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להדליק תשעה 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(מאפה עגול עם 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(צעצוע 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(הנר שמדליק את האחרים)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(הלוחמים בחג החנוכה)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חג החנוכה נמשך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צעצוע, לא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מדליקים את החנוכייה בכל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נוהגים לפי המנהג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המכבים ניצחו במלחמה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חנוכייה - מקום להדליק נרות, סופגניה - מאפה מתוק, סביבון - צעצוע מסתובב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שהרמז מתאים למילה ושהמילה קשורה לחנוכה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השמש מדליק את שאר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סופגניה או לביבה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האיש התלוי בכיתה ואז למלא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המילים החדשות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החלק הפתוח לתלמידים שמתקשים בכתיבה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(איש תלוי)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מנחשים מילים של חג החנוכה. בדף הזה נלמד את המילים האלה בדרך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מאפה עגול עם ריבה או שוקולד, אוכלים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המיוחד עם תשעה מקומות לנרות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שמדליקים ממנו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ארבע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מיוחד שקרה ואי אפשר להסביר בדרך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הלוחמים שניצחו במלחמת החנוכה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שמן 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נוזל שהדליקו בו את המנורה בבית המקדש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למאפה העגול עם ריבה?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לנר המיוחד שמדליק את כל 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לצעצוע המסתובב?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ניצח במלחמת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נרות בלילה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החנוכה מדליקים נרות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__________ עם ריבה או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הנר שמדליק את כל השאר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הילדים משחקים ב__________ עם ארבע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המקדש היה פך קטן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מאפה עגול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סופגניה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הלוחמים בחג החנוכה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הנר שמדליק את האחרים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להדליק תשעה 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צעצוע מסתובב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נרות שמונה לילות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מאפה שאוכלים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הוא הנר שממנו מדליקים את שאר הנרות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לילה מוסיפים נר אחד בחנוכייה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הפסידו במלחמה נגד היוונים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הקשורות לחג החנוכה והסבירו כל אחת במשפט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ממציאים חידה חדשה למשחק האיש התלוי על מילה מחג החנוכה. כתבו את הרמז שתיתנו ואת המילה עצמה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השמש בחנוכייה?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מאכל אחד שאוכלים בחנוכה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ניצח במלחמת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חנוכה (איש תלוי)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