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חנוכה (איש תלוי)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ולתרגל מילים מרכזיות הקשורות לחג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לשפר הבנת מושגים דרך הגדרות ורמזים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איות נכון של מילות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מה המילה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סופגניה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סופגניות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(מקום להדליק תשעה נרות)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(מאפה עגול עם ריבה)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(צעצוע מסתובב)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(הנר שמדליק את האחרים)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(הלוחמים בחג החנוכה)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חג החנוכה נמשך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הסביבון הוא צעצוע, לא מאכל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מדליקים את החנוכייה בכל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נוהגים לפי המנהג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המכבים ניצחו במלחמה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חנוכייה - מקום להדליק נרות, סופגניה - מאפה מתוק, סביבון - צעצוע מסתובב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יש לבדוק שהרמז מתאים למילה ושהמילה קשורה לחנוכה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השמש מדליק את שאר הנרות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סופגניה או לביבה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המכבים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במשחק האיש התלוי בכיתה ואז למלא את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המילים החדשות על הלוח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החלק הפתוח לתלמידים שמתקשים בכתיבה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חנוכה (איש תלוי)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האיש התלוי מנחשים מילים מעולם החנוכה אות אחרי אות. בדף הזה נתרגל את אותן מילים בדרכים נוספות.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- מה המילה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מאפה עגול עם ריבה שאוכלים בחנוכה נקרא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סופגניה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הנר שממנו מדליקים את שאר הנרות בחנוכייה נקרא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הצעצוע המסתובב עם ארבע אותיות נקרא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הלוחמים שניצחו במלחמת החנוכה נקראים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רומאים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נרות דולקים בלילה האחרון של חנוכה (לא כולל שמש)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בחג החנוכה מדליקים נרות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אוכלים __________ עם ריבה או שוקולד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הנר שמדליק את כל השאר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הילדים משחקים ב__________ עם ארבע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בבית המקדש היה פך קטן של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מאפה עגול עם ריבה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סופגניה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להדליק תשעה נרות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הנר שמדליק את האחרים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הלוחמים בחג החנוכה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מכבים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צעצוע מסתובב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בחנוכה מדליקים נרות שמונה לילות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הסביבון הוא מאפה שאוכלים בחנוכה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השמש הוא הנר שממנו מדליקים את שאר הנרות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לילה מוסיפים נר אחד בחנוכייה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המכבים הפסידו במלחמה נגד היוונים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הקשורות לחג החנוכה והסבירו כל אחת במשפט קצר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ממציאים חידה חדשה למשחק האיש התלוי על מילה מחג החנוכה. כתבו את הרמז שתיתנו ואת המילה עצמה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 השמש בחנוכייה?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מאכל אחד שאוכלים בחנוכה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ניצח במלחמת החנוכה?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חנוכה (איש תלוי)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